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המחיר היקר של הצריכה הזולה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צריכה זולה וצריכה מהירה ומה המחיר הנסתר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חלופיות לצריכה כמו תיקון והחלפה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בגבול בין בחירה אישית להשפעה חברתית ברשתות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קניית בגדים רבים וזולים שמתחלפים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מחיר שלא רואים מיד אבל קיים, כמו נזק לסביבה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לתקן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הם יכולים להשפיע על החלטות קנייה של הרבה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קנייה מתוך מחשבה על הצורך האמיתי וההשפעות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לעיתים הוא מתבלה מהר ויש לו עלויות נסתרות לסביבה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במקום לקנות חדש משתמשים במה שכבר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דרך לחסוך כסף ולהפחית צריכה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לחשוב באופן עצמאי לפני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ייצור והשלכה של מוצרים זולים משפיעים על הטבע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צרכנות מודעת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משפיען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מהירה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(אפשר לתקן במקום לזרוק)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(אפשר להחליף עם 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(צרכנות מודעת)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(צריכה זולה)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(טביעת רגל סביבתית)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תכיר בזכות לבחירה אישית אך גם תציין שלהתנהגות ציבורית ברשתות יש השפעה על אחרים, ולכן אפשר וראוי לבקר 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המתארת מצב, בחירה ונימוק הקשור לכסף, לסביבה או לצורך האמיתי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שהתלמיד יזהה קנייה זולה ותכופה של בגדים ויציין בעיה כמו בזבוז או נזק סביבתי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תיקון, החלפה עם חברים או קנייה מושכלת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מנומקת המראה מודעות להשפעת רשתות חברתיות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הרגלי צריכה של בגדים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להקדיש זמן לשאלת הדילמה בחלק הפתוח ולאפשר שיתוף דעות שונות 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לגרסה המותאמת לתלמידים עם צרכים מיוחדים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המחיר היקר של הצריכה הזולה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צריכה זולה ומהירה נראית משתלמת, אבל יש לה מחירים נסתרים - לסביבה, לכיס ולחברה. בדף זה נבחן את ההשלכות של הרגלי הצריכה שלנו ואת ההשפעה של תוכן ברשתות החברתיות על בחירות הקנייה.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צריכה מהירה (פאסט פאשן)?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קנייה נדירה של בגדים איכותיים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קניית בגדים רבים וזולים שמתחלפים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תיקון בגדים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החלפת בגדים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הכוונה ב'עלות נסתרת' של מוצר זול?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שכתוב בתווית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מחיר שלא רואים מיד אבל קיים, כמו נזק לסביבה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הנחה שמקבלים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מחיר המשלוח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לעשות כשבגד נקרע קצת במקום לזרוק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לזרוק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לתקן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שלושה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תפקיד יכולים למלא משפיענים בנושא צריכה?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תמיד צודקים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יכולים להשפיע על החלטות קנייה של הרבה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להם שום השפעה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רק מוכרים בגדים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צרכנות מודעת?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קנייה בלי מחשבה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קנייה מתוך מחשבה על הצורך האמיתי וההשפעות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קנייה של כל מה שמפרסמים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קנייה רק בחנויות גדולות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 זול תמיד משתלם גם בטווח הארוך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תיקון בגד יכול לחסוך כסף ולהפחית פסולת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החלפת בגדים עם חברים היא דרך לצרוך בלי לקנות דברים 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לקנות מיד כל מוצר שמשפיען ממליץ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לצריכה זולה אין שום השפעה על הסביבה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כש__________ נקרע קצת, אפשר לתקן אותו במקום לזרוק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היא קנייה מתוך מחשבה על הצורך האמיתי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של מוצר כולל גם את ההשפעה שלו על הסביבה, לא רק את המחיר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אדם שמשפיע על קהל גדול ברשתות החברתיות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קניית בגדים רבים וזולים שמתחלפים מהר נקראת צריכה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בגד נקרע קצת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טביעת רגל סביבתית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 בגד שלא לובשים 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צריכה זולה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קנייה מתוך מחשבה על הצורך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אפשר לתקן במקום לזרוק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מחיר נמוך אך איכות נמוכה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אפשר להחליף עם 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השפעת הצריכה שלנו על הטבע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צרכנות מודעת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משפיענית משתפת סרטון שבו היא קונה המון בגדים בבת אחת. חברה אומרת שאסור לבקר אותה כי 'זה סתם בגדים'. כתבו את דעתכם - איפה לדעתכם הגבול בין בחירה אישית להשפעה חברתית?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אישי שבו יכולתם לבחור בין קנייה זולה ומהירה לבין חלופה כמו תיקון, החלפה או קנייה מושכלת. מה בחרתם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צריכה מהירה ומה הבעיה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לחלופה לזריקת בגד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דעתכם - עד כמה תוכן ברשתות משפיע על מה שאתם קונים?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המחיר היקר של הצריכה הזולה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