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צריכה זולה וצריכה מהירה ומה המחיר הנסתר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חלופיות לצריכה כמו תיקון והחלפה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בגבול בין בחירה אישית להשפעה חברתית ברשתות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קניית בגדים רבים וזולים שמתחלפים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מחיר שלא רואים מיד אבל קיים, כמו נזק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לתקן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יכולים להשפיע על החלטות קנייה של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קנייה מתוך מחשבה על הצורך האמיתי וההשפעות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הוא מתבלה מהר ויש לו עלויות נסתרות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במקום לקנות חדש משתמשים במה שכבר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לחסוך כסף ולהפחית צריכה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לחשוב באופן עצמאי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ייצור והשלכה של מוצרים זולים משפיעים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משפיען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(אפשר לתקן במקום לזרוק)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(אפשר להחליף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(צרכנות מודעת)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(צריכה זולה)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(טביעת רגל סביבתית)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תכיר בזכות לבחירה אישית אך גם תציין שלהתנהגות ציבורית ברשתות יש השפעה על אחרים, ולכן אפשר וראוי לבקר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מצב, בחירה ונימוק הקשור לכסף, לסביבה או לצורך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קנייה זולה ותכופה של בגדים ויציין בעיה כמו בזבוז או נזק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תיקון, החלפה עם חברים או קנייה מושכלת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 המראה מודעות להשפעת רשתות חברתיות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הרגלי צריכה של בגדים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לשאלת הדילמה בחלק הפתוח ולאפשר שיתוף דעות שונות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כשקונים דברים זולים וחדשים כל הזמן, יש לזה מחיר שלא רואים מיד. נלמד על זה ועל דרכים אחרות לצרוך.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זולה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מוצרים במחיר נמוך מאוד, לרוב באיכות ירודה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מהירה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בגדים רבים וזולים שמתחלפים ומתבלים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טביעת רגל סביבתית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ההשפעה של הצריכה שלנו על הטבע והסביבה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משפיען או משפיענית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שמשפיע על קהל גדול ברשתות החברתיות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מודעת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מתוך מחשבה על הצורך האמיתי וההשפעות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עלות נסתרת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שלא רואים מיד אבל קיים, למשל לסביבה או לעובדים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בלאי מתוכנן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מוצר כך שיתקלקל מהר כדי שיצטרכו לקנות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לקנות הרבה בגדים זולים כל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נדירה של בגדים איכותיים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בגדים רבים וזולים שמתחלפים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תיקון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בגדים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מחיר שלא רואים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שכתוב בתווית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שלא רואים מיד אבל קיים, כמו נזק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שמקבלים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המשלוח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כשבגד קצת קרוע?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שלושה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משפיענים משפיעים על מה שאנשים 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יכולים להשפיע על החלטות קנייה של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להם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רק מוכרים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לחשוב לפני 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בלי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מתוך מחשבה על הצורך האמיתי וההשפעות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 של כל מה שמפרסמים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קנייה רק בחנויות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זול תמיד משתלם גם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בגד יכול לחסוך כסף ולהפחית פסולת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החלפת בגדים עם חברים היא דרך לצרוך בלי לקנות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מיד כל מוצר שמשפיען ממליץ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לצריכה זולה אין שום השפעה על הסביבה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כש__________ נקרע קצת, אפשר לתקן אותו במקום לזרוק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קנייה מתוך מחשבה על הצורך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מוצר כולל גם את ההשפעה שלו על הסביבה, לא רק את המחיר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שמשפיע על קהל גדול ברשתות החברתיות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קניית בגדים רבים וזולים שמתחלפים מהר נקראת צריכה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 נקרע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טביעת רגל סביבתית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בגד שלא לובשים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צריכה זולה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מתוך מחשבה על הצורך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להחליף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נמוך אך איכות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לתקן במקום לזרוק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השפעת הצריכה שלנו על הטבע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צרכנות מודעת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משפיענית משתפת סרטון שבו היא קונה המון בגדים בבת אחת. חברה אומרת שאסור לבקר אותה כי 'זה סתם בגדים'. כתבו את דעתכם - איפה לדעתכם הגבול בין בחירה אישית להשפעה חברתית?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אישי שבו יכולתם לבחור בין קנייה זולה ומהירה לבין חלופה כמו תיקון, החלפה או קנייה מושכלת. מה בחרתם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צריכה מהירה ומה הבעיה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לחלופה לזריקת בגד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 - עד כמה תוכן ברשתות משפיע על מה שאתם 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המחיר היקר של הצריכה הזולה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