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המחיר היקר של הצריכה הזולה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צריכה זולה וצריכה מהירה ומה המחיר הנסתר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דרכים חלופיות לצריכה כמו תיקון והחלפה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לדון בגבול בין בחירה אישית להשפעה חברתית ברשתות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קניית בגדים רבים וזולים שמתחלפים 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לתקן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לעיתים הוא מתבלה מהר ויש לו עלויות נסתרות לסביבה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במקום לקנות חדש משתמשים במה שכבר יש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צרכנות מודעת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(אפשר לתקן במקום לזרוק)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(אפשר להחליף עם חברים)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(צרכנות מודעת)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(צריכה זולה)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המתארת מצב, בחירה ונימוק הקשור לכסף, לסביבה או לצורך האמיתי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שהתלמיד יזהה קנייה זולה ותכופה של בגדים ויציין בעיה כמו בזבוז או נזק סביבתי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תיקון, החלפה עם חברים או קנייה מושכלת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מנומקת המראה מודעות להשפעת רשתות חברתיות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הרגלי צריכה של בגדים בכיתה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להקדיש זמן לשאלת הדילמה בחלק הפתוח ולאפשר שיתוף דעות שונות בכבוד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להשמיט את הפריטים המסומנים לגרסה המותאמת לתלמידים עם צרכים מיוחדים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המחיר היקר של הצריכה הזולה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צריכה זולה ומהירה נראית משתלמת, אבל יש לה מחירים נסתרים - לסביבה, לכיס ולחברה. בדף זה נבחן את ההשלכות של הרגלי הצריכה שלנו ואת ההשפעה של תוכן ברשתות החברתיות על בחירות הקנייה.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בגד  ·  צרכנות מודעת  ·  מחיר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צריכה מהירה (פאסט פאשן)?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קנייה נדירה של בגדים איכותיים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קניית בגדים רבים וזולים שמתחלפים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תיקון בגדים 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אפשר לעשות כשבגד נקרע קצת במקום לזרוק אותו?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לזרוק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לתקן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לקנות שלושה חדשים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בגד זול תמיד משתלם גם בטווח הארוך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תיקון בגד יכול לחסוך כסף ולהפחית פסולת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כש__________ נקרע קצת, אפשר לתקן אותו במקום לזרוק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היא קנייה מתוך מחשבה על הצורך האמיתי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ה__________ של מוצר כולל גם את ההשפעה שלו על הסביבה, לא רק את המחיר בחנות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בגד נקרע קצת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אפשר להחליף עם חברים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יש בגד שלא לובשים יותר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צריכה זולה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קנייה מתוך מחשבה על הצורך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אפשר לתקן במקום לזרוק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מחיר נמוך אך איכות נמוכה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צרכנות מודעת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מצב אישי שבו יכולתם לבחור בין קנייה זולה ומהירה לבין חלופה כמו תיקון, החלפה או קנייה מושכלת. מה בחרתם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צריכה מהירה ומה הבעיה 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לחלופה לזריקת בגד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המחיר היקר של הצריכה הזולה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